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3A90" w14:textId="3ECBED02" w:rsidR="002F1A8C" w:rsidRPr="00572925" w:rsidRDefault="001D4B86" w:rsidP="00A30A24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72925">
        <w:rPr>
          <w:rFonts w:ascii="Times New Roman" w:hAnsi="Times New Roman" w:cs="Times New Roman"/>
          <w:color w:val="000000" w:themeColor="text1"/>
          <w:sz w:val="32"/>
          <w:szCs w:val="32"/>
        </w:rPr>
        <w:t>International</w:t>
      </w:r>
      <w:r w:rsidR="00A30A24">
        <w:rPr>
          <w:rFonts w:ascii="Times New Roman" w:hAnsi="Times New Roman" w:cs="Times New Roman" w:hint="eastAsia"/>
          <w:color w:val="000000" w:themeColor="text1"/>
          <w:sz w:val="32"/>
          <w:szCs w:val="32"/>
          <w:lang w:eastAsia="ja-JP"/>
        </w:rPr>
        <w:t xml:space="preserve"> Carbon Ion Radiotherapy</w:t>
      </w:r>
      <w:r w:rsidRPr="0057292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Training Program</w:t>
      </w:r>
    </w:p>
    <w:p w14:paraId="61BC8B34" w14:textId="6F03F454" w:rsidR="002F1A8C" w:rsidRPr="00572925" w:rsidRDefault="001D4B86" w:rsidP="005B6227">
      <w:pPr>
        <w:pStyle w:val="2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2925">
        <w:rPr>
          <w:rFonts w:ascii="Times New Roman" w:hAnsi="Times New Roman" w:cs="Times New Roman"/>
          <w:color w:val="000000" w:themeColor="text1"/>
          <w:sz w:val="28"/>
          <w:szCs w:val="28"/>
        </w:rPr>
        <w:t>Application Form</w:t>
      </w:r>
    </w:p>
    <w:p w14:paraId="19353EB5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1. Personal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3"/>
        <w:gridCol w:w="5547"/>
      </w:tblGrid>
      <w:tr w:rsidR="00572925" w:rsidRPr="00572925" w14:paraId="3292CF4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AB3600D" w14:textId="7923C4E8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Full Name</w:t>
            </w:r>
          </w:p>
        </w:tc>
        <w:tc>
          <w:tcPr>
            <w:tcW w:w="5555" w:type="dxa"/>
            <w:vAlign w:val="bottom"/>
          </w:tcPr>
          <w:p w14:paraId="3E789256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7860AD1C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5259434" w14:textId="01652D19" w:rsidR="002F1A8C" w:rsidRPr="00572925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Family name</w:t>
            </w:r>
          </w:p>
        </w:tc>
        <w:tc>
          <w:tcPr>
            <w:tcW w:w="5555" w:type="dxa"/>
            <w:vAlign w:val="bottom"/>
          </w:tcPr>
          <w:p w14:paraId="4DB37372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703999A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73A06370" w14:textId="266AB655" w:rsidR="00161945" w:rsidRPr="00572925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Given name</w:t>
            </w:r>
          </w:p>
        </w:tc>
        <w:tc>
          <w:tcPr>
            <w:tcW w:w="5555" w:type="dxa"/>
            <w:vAlign w:val="bottom"/>
          </w:tcPr>
          <w:p w14:paraId="6B13C356" w14:textId="7777777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C481A65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36EA7A79" w14:textId="02C062B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Date of Birth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(</w:t>
            </w:r>
            <w:proofErr w:type="spellStart"/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yyyy</w:t>
            </w:r>
            <w:proofErr w:type="spellEnd"/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/mm/dd)</w:t>
            </w:r>
          </w:p>
        </w:tc>
        <w:tc>
          <w:tcPr>
            <w:tcW w:w="5555" w:type="dxa"/>
            <w:vAlign w:val="bottom"/>
          </w:tcPr>
          <w:p w14:paraId="5C693CA3" w14:textId="7777777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FA85A21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FDDFD10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Nationality</w:t>
            </w:r>
          </w:p>
        </w:tc>
        <w:tc>
          <w:tcPr>
            <w:tcW w:w="5555" w:type="dxa"/>
            <w:vAlign w:val="bottom"/>
          </w:tcPr>
          <w:p w14:paraId="72422C3F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31CAC567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8969DE6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Gender (optional)</w:t>
            </w:r>
          </w:p>
        </w:tc>
        <w:tc>
          <w:tcPr>
            <w:tcW w:w="5555" w:type="dxa"/>
            <w:vAlign w:val="bottom"/>
          </w:tcPr>
          <w:p w14:paraId="3534486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0C6D598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B03D16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Current Address</w:t>
            </w:r>
          </w:p>
        </w:tc>
        <w:tc>
          <w:tcPr>
            <w:tcW w:w="5555" w:type="dxa"/>
            <w:vAlign w:val="bottom"/>
          </w:tcPr>
          <w:p w14:paraId="6C85B6E8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E350F09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6FD170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bottom"/>
          </w:tcPr>
          <w:p w14:paraId="7669A6E8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2F1A8C" w:rsidRPr="00572925" w14:paraId="366B7896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648EB6BE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bottom"/>
          </w:tcPr>
          <w:p w14:paraId="52057522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3FDE729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7612204" w14:textId="0E4A3514" w:rsidR="0088046D" w:rsidRPr="00572925" w:rsidRDefault="001D4B86" w:rsidP="005B6227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2. Professional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3"/>
        <w:gridCol w:w="5547"/>
      </w:tblGrid>
      <w:tr w:rsidR="00572925" w:rsidRPr="00572925" w14:paraId="407E66A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31E5229" w14:textId="5C34542D" w:rsidR="002F1A8C" w:rsidRPr="00572925" w:rsidRDefault="00B8000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Current Affiliation 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br/>
            </w:r>
            <w:r w:rsidR="0088046D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(Hospital / </w:t>
            </w:r>
            <w:r w:rsidR="0013615F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Institution</w:t>
            </w:r>
            <w:r w:rsidR="0088046D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5555" w:type="dxa"/>
            <w:vAlign w:val="bottom"/>
          </w:tcPr>
          <w:p w14:paraId="3D42A345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46A2C1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C343A27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Department / Unit</w:t>
            </w:r>
          </w:p>
        </w:tc>
        <w:tc>
          <w:tcPr>
            <w:tcW w:w="5555" w:type="dxa"/>
            <w:vAlign w:val="bottom"/>
          </w:tcPr>
          <w:p w14:paraId="0AA7DA30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2E61278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582B5C14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Position / Title</w:t>
            </w:r>
          </w:p>
        </w:tc>
        <w:tc>
          <w:tcPr>
            <w:tcW w:w="5555" w:type="dxa"/>
            <w:vAlign w:val="bottom"/>
          </w:tcPr>
          <w:p w14:paraId="12785BA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C4FD0D0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0373F29" w14:textId="65C1D1AC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Years of Experience</w:t>
            </w:r>
          </w:p>
        </w:tc>
        <w:tc>
          <w:tcPr>
            <w:tcW w:w="5555" w:type="dxa"/>
            <w:vAlign w:val="bottom"/>
          </w:tcPr>
          <w:p w14:paraId="427EFA2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572925" w14:paraId="1D0F7F7A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3D0A6DD7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Country of Practice</w:t>
            </w:r>
          </w:p>
        </w:tc>
        <w:tc>
          <w:tcPr>
            <w:tcW w:w="5555" w:type="dxa"/>
            <w:vAlign w:val="bottom"/>
          </w:tcPr>
          <w:p w14:paraId="5424A65F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9A338C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4B885F6" w14:textId="7CE465D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3.License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2"/>
        <w:gridCol w:w="5548"/>
      </w:tblGrid>
      <w:tr w:rsidR="00572925" w:rsidRPr="00572925" w14:paraId="705AFA58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5F7EAD7" w14:textId="7E71254E" w:rsidR="002F1A8C" w:rsidRPr="00572925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License</w:t>
            </w:r>
            <w:r w:rsidR="0013615F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5555" w:type="dxa"/>
            <w:vAlign w:val="bottom"/>
          </w:tcPr>
          <w:p w14:paraId="12F8DDA0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367206D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D42FD26" w14:textId="77777777" w:rsidR="002F1A8C" w:rsidRPr="00572925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Issuing Authority</w:t>
            </w:r>
          </w:p>
        </w:tc>
        <w:tc>
          <w:tcPr>
            <w:tcW w:w="5555" w:type="dxa"/>
            <w:vAlign w:val="bottom"/>
          </w:tcPr>
          <w:p w14:paraId="3DF68C52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572925" w14:paraId="706E1535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F7C88BF" w14:textId="0A36842A" w:rsidR="002F1A8C" w:rsidRPr="00572925" w:rsidRDefault="00F4544D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>Date of Issue</w:t>
            </w:r>
          </w:p>
        </w:tc>
        <w:tc>
          <w:tcPr>
            <w:tcW w:w="5555" w:type="dxa"/>
            <w:vAlign w:val="bottom"/>
          </w:tcPr>
          <w:p w14:paraId="7796D4C9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308B90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4366F026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Language Proficiency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791"/>
        <w:gridCol w:w="4839"/>
      </w:tblGrid>
      <w:tr w:rsidR="00572925" w:rsidRPr="00572925" w14:paraId="5F87DD79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5F17BDAA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Primary Language</w:t>
            </w:r>
          </w:p>
        </w:tc>
        <w:tc>
          <w:tcPr>
            <w:tcW w:w="4846" w:type="dxa"/>
            <w:vAlign w:val="center"/>
          </w:tcPr>
          <w:p w14:paraId="2CD4171F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610E761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7A48434B" w14:textId="4AFE3855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 xml:space="preserve">English </w:t>
            </w:r>
            <w:r w:rsidR="005B6227" w:rsidRPr="00572925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(Basic /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414A9A5E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20CDC25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31896F46" w14:textId="15C3F7DD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 xml:space="preserve">Japanese </w:t>
            </w:r>
            <w:r w:rsidR="005B6227" w:rsidRPr="00572925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(Basic/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007E8DA6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662BD2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74ABD4FD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5. Training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1"/>
        <w:gridCol w:w="5549"/>
      </w:tblGrid>
      <w:tr w:rsidR="00572925" w:rsidRPr="00572925" w14:paraId="25B264FD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7F16F138" w14:textId="73F54CF5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Training</w:t>
            </w:r>
            <w:r w:rsidR="00051827"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ID</w:t>
            </w:r>
          </w:p>
        </w:tc>
        <w:tc>
          <w:tcPr>
            <w:tcW w:w="5555" w:type="dxa"/>
            <w:vAlign w:val="center"/>
          </w:tcPr>
          <w:p w14:paraId="2E30EAF4" w14:textId="1FB8D5CF" w:rsidR="002F1A8C" w:rsidRPr="00572925" w:rsidRDefault="00740D77" w:rsidP="00D250F7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hint="eastAsia"/>
                <w:lang w:eastAsia="ja-JP"/>
              </w:rPr>
              <w:t>2</w:t>
            </w:r>
            <w:r w:rsidR="00291AF8">
              <w:rPr>
                <w:rFonts w:cs="Times New Roman" w:hint="eastAsia"/>
                <w:lang w:eastAsia="ja-JP"/>
              </w:rPr>
              <w:t>7</w:t>
            </w:r>
            <w:r w:rsidR="00984A12" w:rsidRPr="00F075ED">
              <w:rPr>
                <w:rFonts w:cs="Times New Roman"/>
              </w:rPr>
              <w:t>-</w:t>
            </w:r>
            <w:r w:rsidR="00890BFE">
              <w:rPr>
                <w:rFonts w:cs="Times New Roman" w:hint="eastAsia"/>
                <w:lang w:eastAsia="ja-JP"/>
              </w:rPr>
              <w:t>RO</w:t>
            </w:r>
            <w:r w:rsidR="00893364">
              <w:rPr>
                <w:rFonts w:cs="Times New Roman" w:hint="eastAsia"/>
                <w:lang w:eastAsia="ja-JP"/>
              </w:rPr>
              <w:t>-1</w:t>
            </w:r>
            <w:r w:rsidR="00291AF8">
              <w:rPr>
                <w:rFonts w:cs="Times New Roman" w:hint="eastAsia"/>
                <w:lang w:eastAsia="ja-JP"/>
              </w:rPr>
              <w:t>M</w:t>
            </w:r>
            <w:r w:rsidR="001A00A1">
              <w:rPr>
                <w:rFonts w:cs="Times New Roman" w:hint="eastAsia"/>
                <w:lang w:eastAsia="ja-JP"/>
              </w:rPr>
              <w:t>-</w:t>
            </w:r>
            <w:r w:rsidR="00291AF8">
              <w:rPr>
                <w:rFonts w:cs="Times New Roman" w:hint="eastAsia"/>
                <w:lang w:eastAsia="ja-JP"/>
              </w:rPr>
              <w:t>01</w:t>
            </w:r>
          </w:p>
        </w:tc>
      </w:tr>
      <w:tr w:rsidR="002F1A8C" w:rsidRPr="00572925" w14:paraId="5AFB1DB9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47D9094A" w14:textId="24965B73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Training Period</w:t>
            </w:r>
          </w:p>
        </w:tc>
        <w:tc>
          <w:tcPr>
            <w:tcW w:w="5555" w:type="dxa"/>
            <w:vAlign w:val="center"/>
          </w:tcPr>
          <w:p w14:paraId="6C462B61" w14:textId="087D9C38" w:rsidR="002F1A8C" w:rsidRPr="00572925" w:rsidRDefault="002E2EE9" w:rsidP="002E2EE9">
            <w:pPr>
              <w:ind w:firstLineChars="600" w:firstLine="1440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2E2EE9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January 18 - February 17, 2027</w:t>
            </w:r>
          </w:p>
        </w:tc>
      </w:tr>
    </w:tbl>
    <w:p w14:paraId="6EB03B37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  <w:lang w:eastAsia="ja-JP"/>
        </w:rPr>
      </w:pPr>
    </w:p>
    <w:p w14:paraId="79DC943A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6. Emergency Contact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3"/>
        <w:gridCol w:w="5547"/>
      </w:tblGrid>
      <w:tr w:rsidR="00572925" w:rsidRPr="00572925" w14:paraId="22D1B5A7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E2F80F7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5555" w:type="dxa"/>
            <w:vAlign w:val="center"/>
          </w:tcPr>
          <w:p w14:paraId="1F733C01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9F08B9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62327F7D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Relationship</w:t>
            </w:r>
          </w:p>
        </w:tc>
        <w:tc>
          <w:tcPr>
            <w:tcW w:w="5555" w:type="dxa"/>
            <w:vAlign w:val="center"/>
          </w:tcPr>
          <w:p w14:paraId="4651C49D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57D84AD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2C27B716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center"/>
          </w:tcPr>
          <w:p w14:paraId="0AA7864F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79A7EF8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FBBA7D2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center"/>
          </w:tcPr>
          <w:p w14:paraId="7D21DFFA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05C165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00D8F63E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7. Declaration</w:t>
      </w:r>
    </w:p>
    <w:p w14:paraId="1E6B64FE" w14:textId="6944AEFA" w:rsidR="002F1A8C" w:rsidRPr="00572925" w:rsidRDefault="001D4B86" w:rsidP="009B081E">
      <w:pPr>
        <w:rPr>
          <w:rFonts w:cs="Times New Roman"/>
          <w:color w:val="000000" w:themeColor="text1"/>
          <w:sz w:val="24"/>
          <w:szCs w:val="24"/>
        </w:rPr>
      </w:pPr>
      <w:r w:rsidRPr="00572925">
        <w:rPr>
          <w:rFonts w:cs="Times New Roman"/>
          <w:color w:val="000000" w:themeColor="text1"/>
          <w:sz w:val="24"/>
          <w:szCs w:val="24"/>
        </w:rPr>
        <w:t xml:space="preserve">I hereby </w:t>
      </w:r>
      <w:proofErr w:type="gramStart"/>
      <w:r w:rsidRPr="00572925">
        <w:rPr>
          <w:rFonts w:cs="Times New Roman"/>
          <w:color w:val="000000" w:themeColor="text1"/>
          <w:sz w:val="24"/>
          <w:szCs w:val="24"/>
        </w:rPr>
        <w:t>declare</w:t>
      </w:r>
      <w:proofErr w:type="gramEnd"/>
      <w:r w:rsidRPr="00572925">
        <w:rPr>
          <w:rFonts w:cs="Times New Roman"/>
          <w:color w:val="000000" w:themeColor="text1"/>
          <w:sz w:val="24"/>
          <w:szCs w:val="24"/>
        </w:rPr>
        <w:t xml:space="preserve"> that the information provided in this application form is true and correct. I agree to comply with all rules, regulations, and requirements of the International Training Program.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2"/>
        <w:gridCol w:w="5548"/>
      </w:tblGrid>
      <w:tr w:rsidR="00572925" w:rsidRPr="00572925" w14:paraId="2FA4DC15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190E2E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Applicant Signature</w:t>
            </w:r>
          </w:p>
        </w:tc>
        <w:tc>
          <w:tcPr>
            <w:tcW w:w="5555" w:type="dxa"/>
            <w:vAlign w:val="center"/>
          </w:tcPr>
          <w:p w14:paraId="500D7741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F1704FA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629BDD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555" w:type="dxa"/>
            <w:vAlign w:val="center"/>
          </w:tcPr>
          <w:p w14:paraId="108024F8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5D34E0D" w14:textId="77777777" w:rsidR="000F2FFF" w:rsidRPr="00572925" w:rsidRDefault="000F2FFF" w:rsidP="009B081E">
      <w:pPr>
        <w:rPr>
          <w:rFonts w:cs="Times New Roman"/>
          <w:color w:val="000000" w:themeColor="text1"/>
          <w:sz w:val="24"/>
          <w:szCs w:val="24"/>
        </w:rPr>
      </w:pPr>
    </w:p>
    <w:sectPr w:rsidR="000F2FFF" w:rsidRPr="005729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F1806" w14:textId="77777777" w:rsidR="00B767CC" w:rsidRDefault="00B767CC" w:rsidP="00BC7B4A">
      <w:pPr>
        <w:spacing w:after="0" w:line="240" w:lineRule="auto"/>
      </w:pPr>
      <w:r>
        <w:separator/>
      </w:r>
    </w:p>
  </w:endnote>
  <w:endnote w:type="continuationSeparator" w:id="0">
    <w:p w14:paraId="4D3F2692" w14:textId="77777777" w:rsidR="00B767CC" w:rsidRDefault="00B767CC" w:rsidP="00BC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0D9DD" w14:textId="77777777" w:rsidR="00B767CC" w:rsidRDefault="00B767CC" w:rsidP="00BC7B4A">
      <w:pPr>
        <w:spacing w:after="0" w:line="240" w:lineRule="auto"/>
      </w:pPr>
      <w:r>
        <w:separator/>
      </w:r>
    </w:p>
  </w:footnote>
  <w:footnote w:type="continuationSeparator" w:id="0">
    <w:p w14:paraId="3BD5B0CB" w14:textId="77777777" w:rsidR="00B767CC" w:rsidRDefault="00B767CC" w:rsidP="00BC7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1018543">
    <w:abstractNumId w:val="8"/>
  </w:num>
  <w:num w:numId="2" w16cid:durableId="1666128108">
    <w:abstractNumId w:val="6"/>
  </w:num>
  <w:num w:numId="3" w16cid:durableId="532500000">
    <w:abstractNumId w:val="5"/>
  </w:num>
  <w:num w:numId="4" w16cid:durableId="550772534">
    <w:abstractNumId w:val="4"/>
  </w:num>
  <w:num w:numId="5" w16cid:durableId="1592006026">
    <w:abstractNumId w:val="7"/>
  </w:num>
  <w:num w:numId="6" w16cid:durableId="1688604680">
    <w:abstractNumId w:val="3"/>
  </w:num>
  <w:num w:numId="7" w16cid:durableId="1762753677">
    <w:abstractNumId w:val="2"/>
  </w:num>
  <w:num w:numId="8" w16cid:durableId="129710960">
    <w:abstractNumId w:val="1"/>
  </w:num>
  <w:num w:numId="9" w16cid:durableId="73204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A92"/>
    <w:rsid w:val="00034616"/>
    <w:rsid w:val="00051827"/>
    <w:rsid w:val="0006063C"/>
    <w:rsid w:val="000F2FFF"/>
    <w:rsid w:val="0013615F"/>
    <w:rsid w:val="0015074B"/>
    <w:rsid w:val="00161945"/>
    <w:rsid w:val="00167E6F"/>
    <w:rsid w:val="00180FC0"/>
    <w:rsid w:val="0018743E"/>
    <w:rsid w:val="001A00A1"/>
    <w:rsid w:val="001D4B86"/>
    <w:rsid w:val="00253EC4"/>
    <w:rsid w:val="00280F49"/>
    <w:rsid w:val="00284C03"/>
    <w:rsid w:val="00291AF8"/>
    <w:rsid w:val="0029639D"/>
    <w:rsid w:val="002E2EE9"/>
    <w:rsid w:val="002F1A8C"/>
    <w:rsid w:val="00311B24"/>
    <w:rsid w:val="00326F90"/>
    <w:rsid w:val="00360014"/>
    <w:rsid w:val="003A2903"/>
    <w:rsid w:val="003C4DED"/>
    <w:rsid w:val="003D1A78"/>
    <w:rsid w:val="00470F72"/>
    <w:rsid w:val="00472F32"/>
    <w:rsid w:val="004B08D3"/>
    <w:rsid w:val="004B7381"/>
    <w:rsid w:val="00523332"/>
    <w:rsid w:val="005343D6"/>
    <w:rsid w:val="00567AB5"/>
    <w:rsid w:val="00572925"/>
    <w:rsid w:val="005B6227"/>
    <w:rsid w:val="005E5778"/>
    <w:rsid w:val="0060323C"/>
    <w:rsid w:val="00652917"/>
    <w:rsid w:val="006B0474"/>
    <w:rsid w:val="006B7F18"/>
    <w:rsid w:val="006C46E1"/>
    <w:rsid w:val="00740D77"/>
    <w:rsid w:val="00761F93"/>
    <w:rsid w:val="007935E2"/>
    <w:rsid w:val="007A36EE"/>
    <w:rsid w:val="007A4F98"/>
    <w:rsid w:val="007F587C"/>
    <w:rsid w:val="008021FB"/>
    <w:rsid w:val="008022AE"/>
    <w:rsid w:val="00843A9E"/>
    <w:rsid w:val="0088046D"/>
    <w:rsid w:val="00890BFE"/>
    <w:rsid w:val="00893364"/>
    <w:rsid w:val="008D29F1"/>
    <w:rsid w:val="009268E8"/>
    <w:rsid w:val="00984A12"/>
    <w:rsid w:val="009B081E"/>
    <w:rsid w:val="00A25A01"/>
    <w:rsid w:val="00A27C84"/>
    <w:rsid w:val="00A30A24"/>
    <w:rsid w:val="00A96603"/>
    <w:rsid w:val="00AA1D8D"/>
    <w:rsid w:val="00B41047"/>
    <w:rsid w:val="00B47730"/>
    <w:rsid w:val="00B767CC"/>
    <w:rsid w:val="00B8000C"/>
    <w:rsid w:val="00BC7B4A"/>
    <w:rsid w:val="00BF14B0"/>
    <w:rsid w:val="00CB0664"/>
    <w:rsid w:val="00CD674B"/>
    <w:rsid w:val="00CE72AB"/>
    <w:rsid w:val="00D250F7"/>
    <w:rsid w:val="00DD2A6C"/>
    <w:rsid w:val="00E02605"/>
    <w:rsid w:val="00EA3229"/>
    <w:rsid w:val="00EA7407"/>
    <w:rsid w:val="00F4544D"/>
    <w:rsid w:val="00FA73DB"/>
    <w:rsid w:val="00FB49D5"/>
    <w:rsid w:val="00FC693F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9BE442D6-8000-4196-9126-F2919B8F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957013710E894C9331C4FCBAE61D4B" ma:contentTypeVersion="3" ma:contentTypeDescription="新しいドキュメントを作成します。" ma:contentTypeScope="" ma:versionID="ef61688c2eb74d4eb52b05627d577e77">
  <xsd:schema xmlns:xsd="http://www.w3.org/2001/XMLSchema" xmlns:xs="http://www.w3.org/2001/XMLSchema" xmlns:p="http://schemas.microsoft.com/office/2006/metadata/properties" xmlns:ns2="cbff5093-8b4c-41bf-987d-3837cb3f1eba" targetNamespace="http://schemas.microsoft.com/office/2006/metadata/properties" ma:root="true" ma:fieldsID="b8104bbc9c78999a76340ee1c552031c" ns2:_="">
    <xsd:import namespace="cbff5093-8b4c-41bf-987d-3837cb3f1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f5093-8b4c-41bf-987d-3837cb3f1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866DD-FA50-49A5-BA0E-62AA7301C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0E58CF-6B9B-4443-9F46-2D1541CC67E7}">
  <ds:schemaRefs>
    <ds:schemaRef ds:uri="http://schemas.microsoft.com/office/2006/metadata/properties"/>
    <ds:schemaRef ds:uri="http://schemas.microsoft.com/office/infopath/2007/PartnerControls"/>
    <ds:schemaRef ds:uri="7633cb61-4f07-431c-940d-987b53fc7bb2"/>
    <ds:schemaRef ds:uri="d2cba27f-a56a-4b53-8180-afa92139f4b4"/>
  </ds:schemaRefs>
</ds:datastoreItem>
</file>

<file path=customXml/itemProps4.xml><?xml version="1.0" encoding="utf-8"?>
<ds:datastoreItem xmlns:ds="http://schemas.openxmlformats.org/officeDocument/2006/customXml" ds:itemID="{0E39873B-9011-40C2-9079-90DB851111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Imai Reiko</cp:lastModifiedBy>
  <cp:revision>5</cp:revision>
  <cp:lastPrinted>2026-04-27T00:11:00Z</cp:lastPrinted>
  <dcterms:created xsi:type="dcterms:W3CDTF">2026-07-21T10:36:00Z</dcterms:created>
  <dcterms:modified xsi:type="dcterms:W3CDTF">2026-08-10T06:33:00Z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6fef0705-bb7f-45cc-8a2d-975f55694767</vt:lpwstr>
  </property>
  <property fmtid="{D5CDD505-2E9C-101B-9397-08002B2CF9AE}" pid="3" name="ContentTypeId">
    <vt:lpwstr>0x010100BE957013710E894C9331C4FCBAE61D4B</vt:lpwstr>
  </property>
  <property fmtid="{D5CDD505-2E9C-101B-9397-08002B2CF9AE}" pid="4" name="MediaServiceImageTags">
    <vt:lpwstr/>
  </property>
</Properties>
</file>