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A3A90" w14:textId="410AC303" w:rsidR="002F1A8C" w:rsidRPr="0087477C" w:rsidRDefault="001D4B86" w:rsidP="00E83551">
      <w:pPr>
        <w:pStyle w:val="1"/>
        <w:ind w:firstLineChars="100" w:firstLine="321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7477C">
        <w:rPr>
          <w:rFonts w:ascii="Times New Roman" w:hAnsi="Times New Roman" w:cs="Times New Roman"/>
          <w:color w:val="000000" w:themeColor="text1"/>
          <w:sz w:val="32"/>
          <w:szCs w:val="32"/>
        </w:rPr>
        <w:t>International</w:t>
      </w:r>
      <w:r w:rsidR="00A647C2">
        <w:rPr>
          <w:rFonts w:ascii="Times New Roman" w:hAnsi="Times New Roman" w:cs="Times New Roman" w:hint="eastAsia"/>
          <w:color w:val="000000" w:themeColor="text1"/>
          <w:sz w:val="32"/>
          <w:szCs w:val="32"/>
          <w:lang w:eastAsia="ja-JP"/>
        </w:rPr>
        <w:t xml:space="preserve"> </w:t>
      </w:r>
      <w:r w:rsidR="0087477C">
        <w:rPr>
          <w:rFonts w:ascii="Times New Roman" w:hAnsi="Times New Roman" w:cs="Times New Roman" w:hint="eastAsia"/>
          <w:color w:val="000000" w:themeColor="text1"/>
          <w:sz w:val="32"/>
          <w:szCs w:val="32"/>
          <w:lang w:eastAsia="ja-JP"/>
        </w:rPr>
        <w:t>Radiation Therapist</w:t>
      </w:r>
      <w:r w:rsidR="00A647C2">
        <w:rPr>
          <w:rFonts w:ascii="Times New Roman" w:hAnsi="Times New Roman" w:cs="Times New Roman" w:hint="eastAsia"/>
          <w:color w:val="000000" w:themeColor="text1"/>
          <w:sz w:val="32"/>
          <w:szCs w:val="32"/>
          <w:lang w:eastAsia="ja-JP"/>
        </w:rPr>
        <w:t xml:space="preserve"> </w:t>
      </w:r>
      <w:r w:rsidRPr="0087477C">
        <w:rPr>
          <w:rFonts w:ascii="Times New Roman" w:hAnsi="Times New Roman" w:cs="Times New Roman"/>
          <w:color w:val="000000" w:themeColor="text1"/>
          <w:sz w:val="32"/>
          <w:szCs w:val="32"/>
        </w:rPr>
        <w:t>Training Program</w:t>
      </w:r>
    </w:p>
    <w:p w14:paraId="61BC8B34" w14:textId="10D09008" w:rsidR="002F1A8C" w:rsidRPr="0087477C" w:rsidRDefault="001D4B86" w:rsidP="005B6227">
      <w:pPr>
        <w:pStyle w:val="2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477C">
        <w:rPr>
          <w:rFonts w:ascii="Times New Roman" w:hAnsi="Times New Roman" w:cs="Times New Roman"/>
          <w:color w:val="000000" w:themeColor="text1"/>
          <w:sz w:val="28"/>
          <w:szCs w:val="28"/>
        </w:rPr>
        <w:t>Application Form</w:t>
      </w:r>
    </w:p>
    <w:p w14:paraId="19353EB5" w14:textId="77777777" w:rsidR="002F1A8C" w:rsidRPr="0087477C" w:rsidRDefault="001D4B86" w:rsidP="009B081E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477C">
        <w:rPr>
          <w:rFonts w:ascii="Times New Roman" w:hAnsi="Times New Roman" w:cs="Times New Roman"/>
          <w:color w:val="000000" w:themeColor="text1"/>
          <w:sz w:val="24"/>
          <w:szCs w:val="24"/>
        </w:rPr>
        <w:t>1. Personal Information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085"/>
        <w:gridCol w:w="5555"/>
      </w:tblGrid>
      <w:tr w:rsidR="00572925" w:rsidRPr="0087477C" w14:paraId="3292CF40" w14:textId="77777777" w:rsidTr="007F587C">
        <w:trPr>
          <w:trHeight w:val="510"/>
        </w:trPr>
        <w:tc>
          <w:tcPr>
            <w:tcW w:w="3085" w:type="dxa"/>
            <w:vAlign w:val="bottom"/>
          </w:tcPr>
          <w:p w14:paraId="2AB3600D" w14:textId="7923C4E8" w:rsidR="002F1A8C" w:rsidRPr="0087477C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</w:pPr>
            <w:r w:rsidRPr="0087477C">
              <w:rPr>
                <w:rFonts w:cs="Times New Roman"/>
                <w:color w:val="000000" w:themeColor="text1"/>
                <w:sz w:val="24"/>
                <w:szCs w:val="24"/>
              </w:rPr>
              <w:t>Full Name</w:t>
            </w:r>
          </w:p>
        </w:tc>
        <w:tc>
          <w:tcPr>
            <w:tcW w:w="5555" w:type="dxa"/>
            <w:vAlign w:val="bottom"/>
          </w:tcPr>
          <w:p w14:paraId="3E789256" w14:textId="77777777" w:rsidR="002F1A8C" w:rsidRPr="0087477C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87477C" w14:paraId="7860AD1C" w14:textId="77777777" w:rsidTr="007F587C">
        <w:trPr>
          <w:trHeight w:val="510"/>
        </w:trPr>
        <w:tc>
          <w:tcPr>
            <w:tcW w:w="3085" w:type="dxa"/>
            <w:vAlign w:val="bottom"/>
          </w:tcPr>
          <w:p w14:paraId="45259434" w14:textId="01652D19" w:rsidR="002F1A8C" w:rsidRPr="0087477C" w:rsidRDefault="00523332" w:rsidP="009B081E">
            <w:pPr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</w:pPr>
            <w:r w:rsidRPr="0087477C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>Family name</w:t>
            </w:r>
          </w:p>
        </w:tc>
        <w:tc>
          <w:tcPr>
            <w:tcW w:w="5555" w:type="dxa"/>
            <w:vAlign w:val="bottom"/>
          </w:tcPr>
          <w:p w14:paraId="4DB37372" w14:textId="77777777" w:rsidR="002F1A8C" w:rsidRPr="0087477C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87477C" w14:paraId="703999A0" w14:textId="77777777" w:rsidTr="007F587C">
        <w:trPr>
          <w:trHeight w:val="510"/>
        </w:trPr>
        <w:tc>
          <w:tcPr>
            <w:tcW w:w="3085" w:type="dxa"/>
            <w:vAlign w:val="bottom"/>
          </w:tcPr>
          <w:p w14:paraId="73A06370" w14:textId="266AB655" w:rsidR="00161945" w:rsidRPr="0087477C" w:rsidRDefault="00523332" w:rsidP="009B081E">
            <w:pPr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</w:pPr>
            <w:r w:rsidRPr="0087477C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>Given name</w:t>
            </w:r>
          </w:p>
        </w:tc>
        <w:tc>
          <w:tcPr>
            <w:tcW w:w="5555" w:type="dxa"/>
            <w:vAlign w:val="bottom"/>
          </w:tcPr>
          <w:p w14:paraId="6B13C356" w14:textId="77777777" w:rsidR="00161945" w:rsidRPr="0087477C" w:rsidRDefault="00161945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87477C" w14:paraId="4C481A65" w14:textId="77777777" w:rsidTr="007F587C">
        <w:trPr>
          <w:trHeight w:val="510"/>
        </w:trPr>
        <w:tc>
          <w:tcPr>
            <w:tcW w:w="3085" w:type="dxa"/>
            <w:vAlign w:val="bottom"/>
          </w:tcPr>
          <w:p w14:paraId="36EA7A79" w14:textId="02C062B7" w:rsidR="00161945" w:rsidRPr="0087477C" w:rsidRDefault="00161945" w:rsidP="009B081E">
            <w:pPr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</w:pPr>
            <w:r w:rsidRPr="0087477C">
              <w:rPr>
                <w:rFonts w:cs="Times New Roman"/>
                <w:color w:val="000000" w:themeColor="text1"/>
                <w:sz w:val="24"/>
                <w:szCs w:val="24"/>
              </w:rPr>
              <w:t>Date of Birth</w:t>
            </w:r>
            <w:r w:rsidRPr="0087477C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 xml:space="preserve"> (</w:t>
            </w:r>
            <w:proofErr w:type="spellStart"/>
            <w:r w:rsidRPr="0087477C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>yyyy</w:t>
            </w:r>
            <w:proofErr w:type="spellEnd"/>
            <w:r w:rsidRPr="0087477C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>/mm/dd)</w:t>
            </w:r>
          </w:p>
        </w:tc>
        <w:tc>
          <w:tcPr>
            <w:tcW w:w="5555" w:type="dxa"/>
            <w:vAlign w:val="bottom"/>
          </w:tcPr>
          <w:p w14:paraId="5C693CA3" w14:textId="77777777" w:rsidR="00161945" w:rsidRPr="0087477C" w:rsidRDefault="00161945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87477C" w14:paraId="6FA85A21" w14:textId="77777777" w:rsidTr="007F587C">
        <w:trPr>
          <w:trHeight w:val="510"/>
        </w:trPr>
        <w:tc>
          <w:tcPr>
            <w:tcW w:w="3085" w:type="dxa"/>
            <w:vAlign w:val="bottom"/>
          </w:tcPr>
          <w:p w14:paraId="2FDDFD10" w14:textId="77777777" w:rsidR="002F1A8C" w:rsidRPr="0087477C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7477C">
              <w:rPr>
                <w:rFonts w:cs="Times New Roman"/>
                <w:color w:val="000000" w:themeColor="text1"/>
                <w:sz w:val="24"/>
                <w:szCs w:val="24"/>
              </w:rPr>
              <w:t>Nationality</w:t>
            </w:r>
          </w:p>
        </w:tc>
        <w:tc>
          <w:tcPr>
            <w:tcW w:w="5555" w:type="dxa"/>
            <w:vAlign w:val="bottom"/>
          </w:tcPr>
          <w:p w14:paraId="72422C3F" w14:textId="77777777" w:rsidR="002F1A8C" w:rsidRPr="0087477C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87477C" w14:paraId="31CAC567" w14:textId="77777777" w:rsidTr="007F587C">
        <w:trPr>
          <w:trHeight w:val="510"/>
        </w:trPr>
        <w:tc>
          <w:tcPr>
            <w:tcW w:w="3085" w:type="dxa"/>
            <w:vAlign w:val="bottom"/>
          </w:tcPr>
          <w:p w14:paraId="28969DE6" w14:textId="77777777" w:rsidR="002F1A8C" w:rsidRPr="0087477C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7477C">
              <w:rPr>
                <w:rFonts w:cs="Times New Roman"/>
                <w:color w:val="000000" w:themeColor="text1"/>
                <w:sz w:val="24"/>
                <w:szCs w:val="24"/>
              </w:rPr>
              <w:t>Gender (optional)</w:t>
            </w:r>
          </w:p>
        </w:tc>
        <w:tc>
          <w:tcPr>
            <w:tcW w:w="5555" w:type="dxa"/>
            <w:vAlign w:val="bottom"/>
          </w:tcPr>
          <w:p w14:paraId="35344869" w14:textId="77777777" w:rsidR="002F1A8C" w:rsidRPr="0087477C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87477C" w14:paraId="60C6D598" w14:textId="77777777" w:rsidTr="007F587C">
        <w:trPr>
          <w:trHeight w:val="510"/>
        </w:trPr>
        <w:tc>
          <w:tcPr>
            <w:tcW w:w="3085" w:type="dxa"/>
            <w:vAlign w:val="bottom"/>
          </w:tcPr>
          <w:p w14:paraId="4B03D16A" w14:textId="77777777" w:rsidR="002F1A8C" w:rsidRPr="0087477C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7477C">
              <w:rPr>
                <w:rFonts w:cs="Times New Roman"/>
                <w:color w:val="000000" w:themeColor="text1"/>
                <w:sz w:val="24"/>
                <w:szCs w:val="24"/>
              </w:rPr>
              <w:t>Current Address</w:t>
            </w:r>
          </w:p>
        </w:tc>
        <w:tc>
          <w:tcPr>
            <w:tcW w:w="5555" w:type="dxa"/>
            <w:vAlign w:val="bottom"/>
          </w:tcPr>
          <w:p w14:paraId="6C85B6E8" w14:textId="77777777" w:rsidR="002F1A8C" w:rsidRPr="0087477C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87477C" w14:paraId="4E350F09" w14:textId="77777777" w:rsidTr="007F587C">
        <w:trPr>
          <w:trHeight w:val="510"/>
        </w:trPr>
        <w:tc>
          <w:tcPr>
            <w:tcW w:w="3085" w:type="dxa"/>
            <w:vAlign w:val="bottom"/>
          </w:tcPr>
          <w:p w14:paraId="46FD170A" w14:textId="77777777" w:rsidR="002F1A8C" w:rsidRPr="0087477C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7477C">
              <w:rPr>
                <w:rFonts w:cs="Times New Roman"/>
                <w:color w:val="000000" w:themeColor="text1"/>
                <w:sz w:val="24"/>
                <w:szCs w:val="24"/>
              </w:rPr>
              <w:t>Telephone Number</w:t>
            </w:r>
          </w:p>
        </w:tc>
        <w:tc>
          <w:tcPr>
            <w:tcW w:w="5555" w:type="dxa"/>
            <w:vAlign w:val="bottom"/>
          </w:tcPr>
          <w:p w14:paraId="7669A6E8" w14:textId="77777777" w:rsidR="002F1A8C" w:rsidRPr="0087477C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2F1A8C" w:rsidRPr="0087477C" w14:paraId="366B7896" w14:textId="77777777" w:rsidTr="007F587C">
        <w:trPr>
          <w:trHeight w:val="510"/>
        </w:trPr>
        <w:tc>
          <w:tcPr>
            <w:tcW w:w="3085" w:type="dxa"/>
            <w:vAlign w:val="bottom"/>
          </w:tcPr>
          <w:p w14:paraId="648EB6BE" w14:textId="77777777" w:rsidR="002F1A8C" w:rsidRPr="0087477C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7477C">
              <w:rPr>
                <w:rFonts w:cs="Times New Roman"/>
                <w:color w:val="000000" w:themeColor="text1"/>
                <w:sz w:val="24"/>
                <w:szCs w:val="24"/>
              </w:rPr>
              <w:t>Email Address</w:t>
            </w:r>
          </w:p>
        </w:tc>
        <w:tc>
          <w:tcPr>
            <w:tcW w:w="5555" w:type="dxa"/>
            <w:vAlign w:val="bottom"/>
          </w:tcPr>
          <w:p w14:paraId="52057522" w14:textId="77777777" w:rsidR="002F1A8C" w:rsidRPr="0087477C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3FDE729" w14:textId="77777777" w:rsidR="002F1A8C" w:rsidRPr="0087477C" w:rsidRDefault="002F1A8C" w:rsidP="009B081E">
      <w:pPr>
        <w:rPr>
          <w:rFonts w:cs="Times New Roman"/>
          <w:color w:val="000000" w:themeColor="text1"/>
          <w:sz w:val="24"/>
          <w:szCs w:val="24"/>
        </w:rPr>
      </w:pPr>
    </w:p>
    <w:p w14:paraId="17612204" w14:textId="0E4A3514" w:rsidR="0088046D" w:rsidRPr="0087477C" w:rsidRDefault="001D4B86" w:rsidP="005B6227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477C">
        <w:rPr>
          <w:rFonts w:ascii="Times New Roman" w:hAnsi="Times New Roman" w:cs="Times New Roman"/>
          <w:color w:val="000000" w:themeColor="text1"/>
          <w:sz w:val="24"/>
          <w:szCs w:val="24"/>
        </w:rPr>
        <w:t>2. Professional Information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085"/>
        <w:gridCol w:w="5555"/>
      </w:tblGrid>
      <w:tr w:rsidR="00572925" w:rsidRPr="0087477C" w14:paraId="407E66A2" w14:textId="77777777" w:rsidTr="00BF14B0">
        <w:trPr>
          <w:trHeight w:val="510"/>
        </w:trPr>
        <w:tc>
          <w:tcPr>
            <w:tcW w:w="3085" w:type="dxa"/>
            <w:vAlign w:val="bottom"/>
          </w:tcPr>
          <w:p w14:paraId="031E5229" w14:textId="5C34542D" w:rsidR="002F1A8C" w:rsidRPr="0087477C" w:rsidRDefault="00B8000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7477C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 xml:space="preserve">Current Affiliation </w:t>
            </w:r>
            <w:r w:rsidR="009B081E" w:rsidRPr="0087477C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br/>
            </w:r>
            <w:r w:rsidR="0088046D" w:rsidRPr="0087477C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 xml:space="preserve">(Hospital / </w:t>
            </w:r>
            <w:r w:rsidR="0013615F" w:rsidRPr="0087477C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>Institution</w:t>
            </w:r>
            <w:r w:rsidR="0088046D" w:rsidRPr="0087477C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5555" w:type="dxa"/>
            <w:vAlign w:val="bottom"/>
          </w:tcPr>
          <w:p w14:paraId="3D42A345" w14:textId="77777777" w:rsidR="002F1A8C" w:rsidRPr="0087477C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87477C" w14:paraId="646A2C1E" w14:textId="77777777" w:rsidTr="00BF14B0">
        <w:trPr>
          <w:trHeight w:val="510"/>
        </w:trPr>
        <w:tc>
          <w:tcPr>
            <w:tcW w:w="3085" w:type="dxa"/>
            <w:vAlign w:val="bottom"/>
          </w:tcPr>
          <w:p w14:paraId="4C343A27" w14:textId="77777777" w:rsidR="002F1A8C" w:rsidRPr="0087477C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7477C">
              <w:rPr>
                <w:rFonts w:cs="Times New Roman"/>
                <w:color w:val="000000" w:themeColor="text1"/>
                <w:sz w:val="24"/>
                <w:szCs w:val="24"/>
              </w:rPr>
              <w:t>Department / Unit</w:t>
            </w:r>
          </w:p>
        </w:tc>
        <w:tc>
          <w:tcPr>
            <w:tcW w:w="5555" w:type="dxa"/>
            <w:vAlign w:val="bottom"/>
          </w:tcPr>
          <w:p w14:paraId="0AA7DA30" w14:textId="77777777" w:rsidR="002F1A8C" w:rsidRPr="0087477C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87477C" w14:paraId="2E61278E" w14:textId="77777777" w:rsidTr="00BF14B0">
        <w:trPr>
          <w:trHeight w:val="510"/>
        </w:trPr>
        <w:tc>
          <w:tcPr>
            <w:tcW w:w="3085" w:type="dxa"/>
            <w:vAlign w:val="bottom"/>
          </w:tcPr>
          <w:p w14:paraId="582B5C14" w14:textId="77777777" w:rsidR="002F1A8C" w:rsidRPr="0087477C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7477C">
              <w:rPr>
                <w:rFonts w:cs="Times New Roman"/>
                <w:color w:val="000000" w:themeColor="text1"/>
                <w:sz w:val="24"/>
                <w:szCs w:val="24"/>
              </w:rPr>
              <w:t>Position / Title</w:t>
            </w:r>
          </w:p>
        </w:tc>
        <w:tc>
          <w:tcPr>
            <w:tcW w:w="5555" w:type="dxa"/>
            <w:vAlign w:val="bottom"/>
          </w:tcPr>
          <w:p w14:paraId="12785BA9" w14:textId="77777777" w:rsidR="002F1A8C" w:rsidRPr="0087477C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87477C" w14:paraId="1C4FD0D0" w14:textId="77777777" w:rsidTr="00BF14B0">
        <w:trPr>
          <w:trHeight w:val="510"/>
        </w:trPr>
        <w:tc>
          <w:tcPr>
            <w:tcW w:w="3085" w:type="dxa"/>
            <w:vAlign w:val="bottom"/>
          </w:tcPr>
          <w:p w14:paraId="60373F29" w14:textId="65C1D1AC" w:rsidR="002F1A8C" w:rsidRPr="0087477C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7477C">
              <w:rPr>
                <w:rFonts w:cs="Times New Roman"/>
                <w:color w:val="000000" w:themeColor="text1"/>
                <w:sz w:val="24"/>
                <w:szCs w:val="24"/>
              </w:rPr>
              <w:t>Years of Experience</w:t>
            </w:r>
          </w:p>
        </w:tc>
        <w:tc>
          <w:tcPr>
            <w:tcW w:w="5555" w:type="dxa"/>
            <w:vAlign w:val="bottom"/>
          </w:tcPr>
          <w:p w14:paraId="427EFA29" w14:textId="77777777" w:rsidR="002F1A8C" w:rsidRPr="0087477C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BF14B0" w:rsidRPr="0087477C" w14:paraId="1D0F7F7A" w14:textId="77777777" w:rsidTr="00BF14B0">
        <w:trPr>
          <w:trHeight w:val="510"/>
        </w:trPr>
        <w:tc>
          <w:tcPr>
            <w:tcW w:w="3085" w:type="dxa"/>
            <w:vAlign w:val="bottom"/>
          </w:tcPr>
          <w:p w14:paraId="3D0A6DD7" w14:textId="77777777" w:rsidR="002F1A8C" w:rsidRPr="0087477C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7477C">
              <w:rPr>
                <w:rFonts w:cs="Times New Roman"/>
                <w:color w:val="000000" w:themeColor="text1"/>
                <w:sz w:val="24"/>
                <w:szCs w:val="24"/>
              </w:rPr>
              <w:t>Country of Practice</w:t>
            </w:r>
          </w:p>
        </w:tc>
        <w:tc>
          <w:tcPr>
            <w:tcW w:w="5555" w:type="dxa"/>
            <w:vAlign w:val="bottom"/>
          </w:tcPr>
          <w:p w14:paraId="5424A65F" w14:textId="77777777" w:rsidR="002F1A8C" w:rsidRPr="0087477C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69A338C" w14:textId="77777777" w:rsidR="002F1A8C" w:rsidRPr="0087477C" w:rsidRDefault="002F1A8C" w:rsidP="009B081E">
      <w:pPr>
        <w:rPr>
          <w:rFonts w:cs="Times New Roman"/>
          <w:color w:val="000000" w:themeColor="text1"/>
          <w:sz w:val="24"/>
          <w:szCs w:val="24"/>
        </w:rPr>
      </w:pPr>
    </w:p>
    <w:p w14:paraId="14B885F6" w14:textId="7CE465D7" w:rsidR="002F1A8C" w:rsidRPr="0087477C" w:rsidRDefault="001D4B86" w:rsidP="009B081E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477C">
        <w:rPr>
          <w:rFonts w:ascii="Times New Roman" w:hAnsi="Times New Roman" w:cs="Times New Roman"/>
          <w:color w:val="000000" w:themeColor="text1"/>
          <w:sz w:val="24"/>
          <w:szCs w:val="24"/>
        </w:rPr>
        <w:t>3.License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085"/>
        <w:gridCol w:w="5555"/>
      </w:tblGrid>
      <w:tr w:rsidR="00572925" w:rsidRPr="0087477C" w14:paraId="705AFA58" w14:textId="77777777" w:rsidTr="00BF14B0">
        <w:trPr>
          <w:trHeight w:val="510"/>
        </w:trPr>
        <w:tc>
          <w:tcPr>
            <w:tcW w:w="3085" w:type="dxa"/>
            <w:vAlign w:val="bottom"/>
          </w:tcPr>
          <w:p w14:paraId="05F7EAD7" w14:textId="7E71254E" w:rsidR="002F1A8C" w:rsidRPr="0087477C" w:rsidRDefault="001D4B86" w:rsidP="009B081E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7477C">
              <w:rPr>
                <w:rFonts w:cs="Times New Roman"/>
                <w:color w:val="000000" w:themeColor="text1"/>
                <w:sz w:val="24"/>
                <w:szCs w:val="24"/>
              </w:rPr>
              <w:t>License</w:t>
            </w:r>
            <w:r w:rsidR="0013615F" w:rsidRPr="0087477C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 xml:space="preserve"> </w:t>
            </w:r>
            <w:r w:rsidRPr="0087477C">
              <w:rPr>
                <w:rFonts w:cs="Times New Roman"/>
                <w:color w:val="000000" w:themeColor="text1"/>
                <w:sz w:val="24"/>
                <w:szCs w:val="24"/>
              </w:rPr>
              <w:t>Number</w:t>
            </w:r>
          </w:p>
        </w:tc>
        <w:tc>
          <w:tcPr>
            <w:tcW w:w="5555" w:type="dxa"/>
            <w:vAlign w:val="bottom"/>
          </w:tcPr>
          <w:p w14:paraId="12F8DDA0" w14:textId="77777777" w:rsidR="002F1A8C" w:rsidRPr="0087477C" w:rsidRDefault="002F1A8C" w:rsidP="009B081E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87477C" w14:paraId="367206D2" w14:textId="77777777" w:rsidTr="00BF14B0">
        <w:trPr>
          <w:trHeight w:val="510"/>
        </w:trPr>
        <w:tc>
          <w:tcPr>
            <w:tcW w:w="3085" w:type="dxa"/>
            <w:vAlign w:val="bottom"/>
          </w:tcPr>
          <w:p w14:paraId="6D42FD26" w14:textId="77777777" w:rsidR="002F1A8C" w:rsidRPr="0087477C" w:rsidRDefault="001D4B86" w:rsidP="009B081E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7477C">
              <w:rPr>
                <w:rFonts w:cs="Times New Roman"/>
                <w:color w:val="000000" w:themeColor="text1"/>
                <w:sz w:val="24"/>
                <w:szCs w:val="24"/>
              </w:rPr>
              <w:t>Issuing Authority</w:t>
            </w:r>
          </w:p>
        </w:tc>
        <w:tc>
          <w:tcPr>
            <w:tcW w:w="5555" w:type="dxa"/>
            <w:vAlign w:val="bottom"/>
          </w:tcPr>
          <w:p w14:paraId="3DF68C52" w14:textId="77777777" w:rsidR="002F1A8C" w:rsidRPr="0087477C" w:rsidRDefault="002F1A8C" w:rsidP="009B081E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BF14B0" w:rsidRPr="0087477C" w14:paraId="706E1535" w14:textId="77777777" w:rsidTr="00BF14B0">
        <w:trPr>
          <w:trHeight w:val="510"/>
        </w:trPr>
        <w:tc>
          <w:tcPr>
            <w:tcW w:w="3085" w:type="dxa"/>
            <w:vAlign w:val="bottom"/>
          </w:tcPr>
          <w:p w14:paraId="4F7C88BF" w14:textId="77777777" w:rsidR="002F1A8C" w:rsidRPr="0087477C" w:rsidRDefault="001D4B86" w:rsidP="009B081E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7477C">
              <w:rPr>
                <w:rFonts w:cs="Times New Roman"/>
                <w:color w:val="000000" w:themeColor="text1"/>
                <w:sz w:val="24"/>
                <w:szCs w:val="24"/>
              </w:rPr>
              <w:t>Year of Acquisition</w:t>
            </w:r>
          </w:p>
        </w:tc>
        <w:tc>
          <w:tcPr>
            <w:tcW w:w="5555" w:type="dxa"/>
            <w:vAlign w:val="bottom"/>
          </w:tcPr>
          <w:p w14:paraId="7796D4C9" w14:textId="77777777" w:rsidR="002F1A8C" w:rsidRPr="0087477C" w:rsidRDefault="002F1A8C" w:rsidP="009B081E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A308B90" w14:textId="77777777" w:rsidR="002F1A8C" w:rsidRPr="0087477C" w:rsidRDefault="002F1A8C" w:rsidP="009B081E">
      <w:pPr>
        <w:rPr>
          <w:rFonts w:cs="Times New Roman"/>
          <w:color w:val="000000" w:themeColor="text1"/>
          <w:sz w:val="24"/>
          <w:szCs w:val="24"/>
        </w:rPr>
      </w:pPr>
    </w:p>
    <w:p w14:paraId="4366F026" w14:textId="77777777" w:rsidR="002F1A8C" w:rsidRPr="0087477C" w:rsidRDefault="001D4B86" w:rsidP="009B081E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477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4. Language Proficiency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794"/>
        <w:gridCol w:w="4846"/>
      </w:tblGrid>
      <w:tr w:rsidR="00572925" w:rsidRPr="0087477C" w14:paraId="5F87DD79" w14:textId="77777777" w:rsidTr="00BF14B0">
        <w:trPr>
          <w:trHeight w:val="510"/>
        </w:trPr>
        <w:tc>
          <w:tcPr>
            <w:tcW w:w="3794" w:type="dxa"/>
            <w:vAlign w:val="center"/>
          </w:tcPr>
          <w:p w14:paraId="5F17BDAA" w14:textId="77777777" w:rsidR="002F1A8C" w:rsidRPr="0087477C" w:rsidRDefault="001D4B86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7477C">
              <w:rPr>
                <w:rFonts w:cs="Times New Roman"/>
                <w:color w:val="000000" w:themeColor="text1"/>
                <w:sz w:val="24"/>
                <w:szCs w:val="24"/>
              </w:rPr>
              <w:t>Primary Language</w:t>
            </w:r>
          </w:p>
        </w:tc>
        <w:tc>
          <w:tcPr>
            <w:tcW w:w="4846" w:type="dxa"/>
            <w:vAlign w:val="center"/>
          </w:tcPr>
          <w:p w14:paraId="2CD4171F" w14:textId="77777777" w:rsidR="002F1A8C" w:rsidRPr="0087477C" w:rsidRDefault="002F1A8C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87477C" w14:paraId="6610E761" w14:textId="77777777" w:rsidTr="00BF14B0">
        <w:trPr>
          <w:trHeight w:val="510"/>
        </w:trPr>
        <w:tc>
          <w:tcPr>
            <w:tcW w:w="3794" w:type="dxa"/>
            <w:vAlign w:val="center"/>
          </w:tcPr>
          <w:p w14:paraId="7A48434B" w14:textId="4AFE3855" w:rsidR="002F1A8C" w:rsidRPr="0087477C" w:rsidRDefault="001D4B86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7477C">
              <w:rPr>
                <w:rFonts w:cs="Times New Roman"/>
                <w:color w:val="000000" w:themeColor="text1"/>
                <w:sz w:val="24"/>
                <w:szCs w:val="24"/>
              </w:rPr>
              <w:t xml:space="preserve">English </w:t>
            </w:r>
            <w:r w:rsidR="005B6227" w:rsidRPr="0087477C">
              <w:rPr>
                <w:rFonts w:cs="Times New Roman"/>
                <w:color w:val="000000" w:themeColor="text1"/>
                <w:sz w:val="24"/>
                <w:szCs w:val="24"/>
              </w:rPr>
              <w:br/>
            </w:r>
            <w:r w:rsidRPr="0087477C">
              <w:rPr>
                <w:rFonts w:cs="Times New Roman"/>
                <w:color w:val="000000" w:themeColor="text1"/>
                <w:sz w:val="24"/>
                <w:szCs w:val="24"/>
              </w:rPr>
              <w:t>(Basic /</w:t>
            </w:r>
            <w:r w:rsidR="009B081E" w:rsidRPr="0087477C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 xml:space="preserve"> </w:t>
            </w:r>
            <w:r w:rsidRPr="0087477C">
              <w:rPr>
                <w:rFonts w:cs="Times New Roman"/>
                <w:color w:val="000000" w:themeColor="text1"/>
                <w:sz w:val="24"/>
                <w:szCs w:val="24"/>
              </w:rPr>
              <w:t>Intermediate / Advanced)</w:t>
            </w:r>
          </w:p>
        </w:tc>
        <w:tc>
          <w:tcPr>
            <w:tcW w:w="4846" w:type="dxa"/>
            <w:vAlign w:val="center"/>
          </w:tcPr>
          <w:p w14:paraId="414A9A5E" w14:textId="77777777" w:rsidR="002F1A8C" w:rsidRPr="0087477C" w:rsidRDefault="002F1A8C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87477C" w14:paraId="120CDC25" w14:textId="77777777" w:rsidTr="00BF14B0">
        <w:trPr>
          <w:trHeight w:val="510"/>
        </w:trPr>
        <w:tc>
          <w:tcPr>
            <w:tcW w:w="3794" w:type="dxa"/>
            <w:vAlign w:val="center"/>
          </w:tcPr>
          <w:p w14:paraId="31896F46" w14:textId="15C3F7DD" w:rsidR="002F1A8C" w:rsidRPr="0087477C" w:rsidRDefault="001D4B86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7477C">
              <w:rPr>
                <w:rFonts w:cs="Times New Roman"/>
                <w:color w:val="000000" w:themeColor="text1"/>
                <w:sz w:val="24"/>
                <w:szCs w:val="24"/>
              </w:rPr>
              <w:t xml:space="preserve">Japanese </w:t>
            </w:r>
            <w:r w:rsidR="005B6227" w:rsidRPr="0087477C">
              <w:rPr>
                <w:rFonts w:cs="Times New Roman"/>
                <w:color w:val="000000" w:themeColor="text1"/>
                <w:sz w:val="24"/>
                <w:szCs w:val="24"/>
              </w:rPr>
              <w:br/>
            </w:r>
            <w:r w:rsidRPr="0087477C">
              <w:rPr>
                <w:rFonts w:cs="Times New Roman"/>
                <w:color w:val="000000" w:themeColor="text1"/>
                <w:sz w:val="24"/>
                <w:szCs w:val="24"/>
              </w:rPr>
              <w:t>(Basic/</w:t>
            </w:r>
            <w:r w:rsidR="009B081E" w:rsidRPr="0087477C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 xml:space="preserve"> </w:t>
            </w:r>
            <w:r w:rsidRPr="0087477C">
              <w:rPr>
                <w:rFonts w:cs="Times New Roman"/>
                <w:color w:val="000000" w:themeColor="text1"/>
                <w:sz w:val="24"/>
                <w:szCs w:val="24"/>
              </w:rPr>
              <w:t>Intermediate / Advanced)</w:t>
            </w:r>
          </w:p>
        </w:tc>
        <w:tc>
          <w:tcPr>
            <w:tcW w:w="4846" w:type="dxa"/>
            <w:vAlign w:val="center"/>
          </w:tcPr>
          <w:p w14:paraId="007E8DA6" w14:textId="77777777" w:rsidR="002F1A8C" w:rsidRPr="0087477C" w:rsidRDefault="002F1A8C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2662BD2" w14:textId="77777777" w:rsidR="002F1A8C" w:rsidRPr="0087477C" w:rsidRDefault="002F1A8C" w:rsidP="009B081E">
      <w:pPr>
        <w:rPr>
          <w:rFonts w:cs="Times New Roman"/>
          <w:color w:val="000000" w:themeColor="text1"/>
          <w:sz w:val="24"/>
          <w:szCs w:val="24"/>
        </w:rPr>
      </w:pPr>
    </w:p>
    <w:p w14:paraId="74ABD4FD" w14:textId="77777777" w:rsidR="002F1A8C" w:rsidRPr="0087477C" w:rsidRDefault="001D4B86" w:rsidP="009B081E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477C">
        <w:rPr>
          <w:rFonts w:ascii="Times New Roman" w:hAnsi="Times New Roman" w:cs="Times New Roman"/>
          <w:color w:val="000000" w:themeColor="text1"/>
          <w:sz w:val="24"/>
          <w:szCs w:val="24"/>
        </w:rPr>
        <w:t>5. Training Information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085"/>
        <w:gridCol w:w="5555"/>
      </w:tblGrid>
      <w:tr w:rsidR="00572925" w:rsidRPr="0087477C" w14:paraId="25B264FD" w14:textId="77777777" w:rsidTr="007F587C">
        <w:trPr>
          <w:trHeight w:val="510"/>
        </w:trPr>
        <w:tc>
          <w:tcPr>
            <w:tcW w:w="3085" w:type="dxa"/>
            <w:vAlign w:val="center"/>
          </w:tcPr>
          <w:p w14:paraId="7F16F138" w14:textId="3BF0C0EA" w:rsidR="002F1A8C" w:rsidRPr="0087477C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7477C">
              <w:rPr>
                <w:rFonts w:cs="Times New Roman"/>
                <w:color w:val="000000" w:themeColor="text1"/>
                <w:sz w:val="24"/>
                <w:szCs w:val="24"/>
              </w:rPr>
              <w:t>Training ID</w:t>
            </w:r>
          </w:p>
        </w:tc>
        <w:tc>
          <w:tcPr>
            <w:tcW w:w="5555" w:type="dxa"/>
            <w:vAlign w:val="center"/>
          </w:tcPr>
          <w:p w14:paraId="2E30EAF4" w14:textId="59F98535" w:rsidR="002F1A8C" w:rsidRPr="0087477C" w:rsidRDefault="00B8120F" w:rsidP="009B081E">
            <w:pPr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</w:pPr>
            <w:r w:rsidRPr="0087477C">
              <w:rPr>
                <w:rFonts w:cs="Times New Roman" w:hint="eastAsia"/>
                <w:lang w:eastAsia="ja-JP"/>
              </w:rPr>
              <w:t>2</w:t>
            </w:r>
            <w:r w:rsidR="00713B8E" w:rsidRPr="0087477C">
              <w:rPr>
                <w:rFonts w:cs="Times New Roman" w:hint="eastAsia"/>
                <w:lang w:eastAsia="ja-JP"/>
              </w:rPr>
              <w:t>7</w:t>
            </w:r>
            <w:r w:rsidR="00984A12" w:rsidRPr="0087477C">
              <w:rPr>
                <w:rFonts w:cs="Times New Roman"/>
              </w:rPr>
              <w:t>-</w:t>
            </w:r>
            <w:r w:rsidR="00E83551" w:rsidRPr="0087477C">
              <w:rPr>
                <w:rFonts w:cs="Times New Roman" w:hint="eastAsia"/>
                <w:lang w:eastAsia="ja-JP"/>
              </w:rPr>
              <w:t>RT</w:t>
            </w:r>
            <w:r w:rsidR="00984A12" w:rsidRPr="0087477C">
              <w:rPr>
                <w:rFonts w:cs="Times New Roman"/>
              </w:rPr>
              <w:t>-1</w:t>
            </w:r>
            <w:r w:rsidR="00DE6C32" w:rsidRPr="0087477C">
              <w:rPr>
                <w:rFonts w:cs="Times New Roman" w:hint="eastAsia"/>
                <w:lang w:eastAsia="ja-JP"/>
              </w:rPr>
              <w:t>W</w:t>
            </w:r>
            <w:r w:rsidR="00984A12" w:rsidRPr="0087477C">
              <w:rPr>
                <w:rFonts w:cs="Times New Roman"/>
              </w:rPr>
              <w:t>-</w:t>
            </w:r>
            <w:r w:rsidR="00DE6C32" w:rsidRPr="0087477C">
              <w:rPr>
                <w:rFonts w:cs="Times New Roman" w:hint="eastAsia"/>
                <w:lang w:eastAsia="ja-JP"/>
              </w:rPr>
              <w:t>01</w:t>
            </w:r>
          </w:p>
        </w:tc>
      </w:tr>
      <w:tr w:rsidR="002F1A8C" w:rsidRPr="0087477C" w14:paraId="5AFB1DB9" w14:textId="77777777" w:rsidTr="007F587C">
        <w:trPr>
          <w:trHeight w:val="510"/>
        </w:trPr>
        <w:tc>
          <w:tcPr>
            <w:tcW w:w="3085" w:type="dxa"/>
            <w:vAlign w:val="center"/>
          </w:tcPr>
          <w:p w14:paraId="47D9094A" w14:textId="50BA4F91" w:rsidR="002F1A8C" w:rsidRPr="0087477C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7477C">
              <w:rPr>
                <w:rFonts w:cs="Times New Roman"/>
                <w:color w:val="000000" w:themeColor="text1"/>
                <w:sz w:val="24"/>
                <w:szCs w:val="24"/>
              </w:rPr>
              <w:t>Training Period</w:t>
            </w:r>
          </w:p>
        </w:tc>
        <w:tc>
          <w:tcPr>
            <w:tcW w:w="5555" w:type="dxa"/>
            <w:vAlign w:val="center"/>
          </w:tcPr>
          <w:p w14:paraId="6C462B61" w14:textId="44AE5964" w:rsidR="002F1A8C" w:rsidRPr="0087477C" w:rsidRDefault="00713B8E" w:rsidP="009B081E">
            <w:pPr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</w:pPr>
            <w:r w:rsidRPr="0087477C">
              <w:rPr>
                <w:rFonts w:cs="Times New Roman" w:hint="eastAsia"/>
                <w:lang w:eastAsia="ja-JP"/>
              </w:rPr>
              <w:t>January 18</w:t>
            </w:r>
            <w:r w:rsidR="006C46E1" w:rsidRPr="0087477C">
              <w:rPr>
                <w:rFonts w:cs="Times New Roman"/>
              </w:rPr>
              <w:t xml:space="preserve"> –</w:t>
            </w:r>
            <w:r w:rsidR="00E83551" w:rsidRPr="0087477C">
              <w:rPr>
                <w:rFonts w:cs="Times New Roman" w:hint="eastAsia"/>
                <w:lang w:eastAsia="ja-JP"/>
              </w:rPr>
              <w:t xml:space="preserve"> </w:t>
            </w:r>
            <w:r w:rsidRPr="0087477C">
              <w:rPr>
                <w:rFonts w:cs="Times New Roman" w:hint="eastAsia"/>
                <w:lang w:eastAsia="ja-JP"/>
              </w:rPr>
              <w:t>January 22</w:t>
            </w:r>
            <w:r w:rsidR="006C46E1" w:rsidRPr="0087477C">
              <w:rPr>
                <w:rFonts w:cs="Times New Roman" w:hint="eastAsia"/>
                <w:lang w:eastAsia="ja-JP"/>
              </w:rPr>
              <w:t>, 202</w:t>
            </w:r>
            <w:r w:rsidRPr="0087477C">
              <w:rPr>
                <w:rFonts w:cs="Times New Roman" w:hint="eastAsia"/>
                <w:lang w:eastAsia="ja-JP"/>
              </w:rPr>
              <w:t>7</w:t>
            </w:r>
          </w:p>
        </w:tc>
      </w:tr>
    </w:tbl>
    <w:p w14:paraId="6EB03B37" w14:textId="77777777" w:rsidR="002F1A8C" w:rsidRPr="0087477C" w:rsidRDefault="002F1A8C" w:rsidP="009B081E">
      <w:pPr>
        <w:rPr>
          <w:rFonts w:cs="Times New Roman"/>
          <w:color w:val="000000" w:themeColor="text1"/>
          <w:sz w:val="24"/>
          <w:szCs w:val="24"/>
          <w:lang w:eastAsia="ja-JP"/>
        </w:rPr>
      </w:pPr>
    </w:p>
    <w:p w14:paraId="79DC943A" w14:textId="77777777" w:rsidR="002F1A8C" w:rsidRPr="0087477C" w:rsidRDefault="001D4B86" w:rsidP="009B081E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477C">
        <w:rPr>
          <w:rFonts w:ascii="Times New Roman" w:hAnsi="Times New Roman" w:cs="Times New Roman"/>
          <w:color w:val="000000" w:themeColor="text1"/>
          <w:sz w:val="24"/>
          <w:szCs w:val="24"/>
        </w:rPr>
        <w:t>6. Emergency Contact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085"/>
        <w:gridCol w:w="5555"/>
      </w:tblGrid>
      <w:tr w:rsidR="00572925" w:rsidRPr="0087477C" w14:paraId="22D1B5A7" w14:textId="77777777" w:rsidTr="005E5778">
        <w:trPr>
          <w:trHeight w:val="510"/>
        </w:trPr>
        <w:tc>
          <w:tcPr>
            <w:tcW w:w="3085" w:type="dxa"/>
            <w:vAlign w:val="center"/>
          </w:tcPr>
          <w:p w14:paraId="1E2F80F7" w14:textId="77777777" w:rsidR="002F1A8C" w:rsidRPr="0087477C" w:rsidRDefault="001D4B86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7477C">
              <w:rPr>
                <w:rFonts w:cs="Times New Roman"/>
                <w:color w:val="000000" w:themeColor="text1"/>
                <w:sz w:val="24"/>
                <w:szCs w:val="24"/>
              </w:rPr>
              <w:t>Name</w:t>
            </w:r>
          </w:p>
        </w:tc>
        <w:tc>
          <w:tcPr>
            <w:tcW w:w="5555" w:type="dxa"/>
            <w:vAlign w:val="center"/>
          </w:tcPr>
          <w:p w14:paraId="1F733C01" w14:textId="77777777" w:rsidR="002F1A8C" w:rsidRPr="0087477C" w:rsidRDefault="002F1A8C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87477C" w14:paraId="49F08B95" w14:textId="77777777" w:rsidTr="005E5778">
        <w:trPr>
          <w:trHeight w:val="510"/>
        </w:trPr>
        <w:tc>
          <w:tcPr>
            <w:tcW w:w="3085" w:type="dxa"/>
            <w:vAlign w:val="center"/>
          </w:tcPr>
          <w:p w14:paraId="62327F7D" w14:textId="77777777" w:rsidR="002F1A8C" w:rsidRPr="0087477C" w:rsidRDefault="001D4B86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7477C">
              <w:rPr>
                <w:rFonts w:cs="Times New Roman"/>
                <w:color w:val="000000" w:themeColor="text1"/>
                <w:sz w:val="24"/>
                <w:szCs w:val="24"/>
              </w:rPr>
              <w:t>Relationship</w:t>
            </w:r>
          </w:p>
        </w:tc>
        <w:tc>
          <w:tcPr>
            <w:tcW w:w="5555" w:type="dxa"/>
            <w:vAlign w:val="center"/>
          </w:tcPr>
          <w:p w14:paraId="4651C49D" w14:textId="77777777" w:rsidR="002F1A8C" w:rsidRPr="0087477C" w:rsidRDefault="002F1A8C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87477C" w14:paraId="57D84AD5" w14:textId="77777777" w:rsidTr="005E5778">
        <w:trPr>
          <w:trHeight w:val="510"/>
        </w:trPr>
        <w:tc>
          <w:tcPr>
            <w:tcW w:w="3085" w:type="dxa"/>
            <w:vAlign w:val="center"/>
          </w:tcPr>
          <w:p w14:paraId="2C27B716" w14:textId="77777777" w:rsidR="002F1A8C" w:rsidRPr="0087477C" w:rsidRDefault="001D4B86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7477C">
              <w:rPr>
                <w:rFonts w:cs="Times New Roman"/>
                <w:color w:val="000000" w:themeColor="text1"/>
                <w:sz w:val="24"/>
                <w:szCs w:val="24"/>
              </w:rPr>
              <w:t>Telephone Number</w:t>
            </w:r>
          </w:p>
        </w:tc>
        <w:tc>
          <w:tcPr>
            <w:tcW w:w="5555" w:type="dxa"/>
            <w:vAlign w:val="center"/>
          </w:tcPr>
          <w:p w14:paraId="0AA7864F" w14:textId="77777777" w:rsidR="002F1A8C" w:rsidRPr="0087477C" w:rsidRDefault="002F1A8C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87477C" w14:paraId="179A7EF8" w14:textId="77777777" w:rsidTr="005E5778">
        <w:trPr>
          <w:trHeight w:val="510"/>
        </w:trPr>
        <w:tc>
          <w:tcPr>
            <w:tcW w:w="3085" w:type="dxa"/>
            <w:vAlign w:val="center"/>
          </w:tcPr>
          <w:p w14:paraId="1FBBA7D2" w14:textId="77777777" w:rsidR="002F1A8C" w:rsidRPr="0087477C" w:rsidRDefault="001D4B86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7477C">
              <w:rPr>
                <w:rFonts w:cs="Times New Roman"/>
                <w:color w:val="000000" w:themeColor="text1"/>
                <w:sz w:val="24"/>
                <w:szCs w:val="24"/>
              </w:rPr>
              <w:t>Email Address</w:t>
            </w:r>
          </w:p>
        </w:tc>
        <w:tc>
          <w:tcPr>
            <w:tcW w:w="5555" w:type="dxa"/>
            <w:vAlign w:val="center"/>
          </w:tcPr>
          <w:p w14:paraId="7D21DFFA" w14:textId="77777777" w:rsidR="002F1A8C" w:rsidRPr="0087477C" w:rsidRDefault="002F1A8C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D05C165" w14:textId="77777777" w:rsidR="002F1A8C" w:rsidRPr="0087477C" w:rsidRDefault="002F1A8C" w:rsidP="009B081E">
      <w:pPr>
        <w:rPr>
          <w:rFonts w:cs="Times New Roman"/>
          <w:color w:val="000000" w:themeColor="text1"/>
          <w:sz w:val="24"/>
          <w:szCs w:val="24"/>
        </w:rPr>
      </w:pPr>
    </w:p>
    <w:p w14:paraId="00D8F63E" w14:textId="77777777" w:rsidR="002F1A8C" w:rsidRPr="0087477C" w:rsidRDefault="001D4B86" w:rsidP="009B081E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477C">
        <w:rPr>
          <w:rFonts w:ascii="Times New Roman" w:hAnsi="Times New Roman" w:cs="Times New Roman"/>
          <w:color w:val="000000" w:themeColor="text1"/>
          <w:sz w:val="24"/>
          <w:szCs w:val="24"/>
        </w:rPr>
        <w:t>7. Declaration</w:t>
      </w:r>
    </w:p>
    <w:p w14:paraId="1E6B64FE" w14:textId="6944AEFA" w:rsidR="002F1A8C" w:rsidRPr="0087477C" w:rsidRDefault="001D4B86" w:rsidP="009B081E">
      <w:pPr>
        <w:rPr>
          <w:rFonts w:cs="Times New Roman"/>
          <w:color w:val="000000" w:themeColor="text1"/>
          <w:sz w:val="24"/>
          <w:szCs w:val="24"/>
        </w:rPr>
      </w:pPr>
      <w:r w:rsidRPr="0087477C">
        <w:rPr>
          <w:rFonts w:cs="Times New Roman"/>
          <w:color w:val="000000" w:themeColor="text1"/>
          <w:sz w:val="24"/>
          <w:szCs w:val="24"/>
        </w:rPr>
        <w:t xml:space="preserve">I hereby </w:t>
      </w:r>
      <w:proofErr w:type="gramStart"/>
      <w:r w:rsidRPr="0087477C">
        <w:rPr>
          <w:rFonts w:cs="Times New Roman"/>
          <w:color w:val="000000" w:themeColor="text1"/>
          <w:sz w:val="24"/>
          <w:szCs w:val="24"/>
        </w:rPr>
        <w:t>declare</w:t>
      </w:r>
      <w:proofErr w:type="gramEnd"/>
      <w:r w:rsidRPr="0087477C">
        <w:rPr>
          <w:rFonts w:cs="Times New Roman"/>
          <w:color w:val="000000" w:themeColor="text1"/>
          <w:sz w:val="24"/>
          <w:szCs w:val="24"/>
        </w:rPr>
        <w:t xml:space="preserve"> that the information provided in this application form is true and correct. I agree to comply with all rules, regulations, and requirements of the International Training Program.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085"/>
        <w:gridCol w:w="5555"/>
      </w:tblGrid>
      <w:tr w:rsidR="00572925" w:rsidRPr="0087477C" w14:paraId="2FA4DC15" w14:textId="77777777" w:rsidTr="00572925">
        <w:trPr>
          <w:trHeight w:val="850"/>
        </w:trPr>
        <w:tc>
          <w:tcPr>
            <w:tcW w:w="3085" w:type="dxa"/>
            <w:vAlign w:val="center"/>
          </w:tcPr>
          <w:p w14:paraId="190E2E28" w14:textId="77777777" w:rsidR="002F1A8C" w:rsidRPr="0087477C" w:rsidRDefault="001D4B86" w:rsidP="00572925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7477C">
              <w:rPr>
                <w:rFonts w:cs="Times New Roman"/>
                <w:color w:val="000000" w:themeColor="text1"/>
                <w:sz w:val="24"/>
                <w:szCs w:val="24"/>
              </w:rPr>
              <w:t>Applicant Signature</w:t>
            </w:r>
          </w:p>
        </w:tc>
        <w:tc>
          <w:tcPr>
            <w:tcW w:w="5555" w:type="dxa"/>
            <w:vAlign w:val="center"/>
          </w:tcPr>
          <w:p w14:paraId="500D7741" w14:textId="77777777" w:rsidR="002F1A8C" w:rsidRPr="0087477C" w:rsidRDefault="002F1A8C" w:rsidP="00572925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1F1704FA" w14:textId="77777777" w:rsidTr="00572925">
        <w:trPr>
          <w:trHeight w:val="850"/>
        </w:trPr>
        <w:tc>
          <w:tcPr>
            <w:tcW w:w="3085" w:type="dxa"/>
            <w:vAlign w:val="center"/>
          </w:tcPr>
          <w:p w14:paraId="629BDD28" w14:textId="77777777" w:rsidR="002F1A8C" w:rsidRPr="00572925" w:rsidRDefault="001D4B86" w:rsidP="00572925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7477C">
              <w:rPr>
                <w:rFonts w:cs="Times New Roman"/>
                <w:color w:val="000000" w:themeColor="text1"/>
                <w:sz w:val="24"/>
                <w:szCs w:val="24"/>
              </w:rPr>
              <w:t>Date</w:t>
            </w:r>
          </w:p>
        </w:tc>
        <w:tc>
          <w:tcPr>
            <w:tcW w:w="5555" w:type="dxa"/>
            <w:vAlign w:val="center"/>
          </w:tcPr>
          <w:p w14:paraId="108024F8" w14:textId="77777777" w:rsidR="002F1A8C" w:rsidRPr="00572925" w:rsidRDefault="002F1A8C" w:rsidP="00572925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5D34E0D" w14:textId="77777777" w:rsidR="000F2FFF" w:rsidRPr="00572925" w:rsidRDefault="000F2FFF" w:rsidP="009B081E">
      <w:pPr>
        <w:rPr>
          <w:rFonts w:cs="Times New Roman"/>
          <w:color w:val="000000" w:themeColor="text1"/>
          <w:sz w:val="24"/>
          <w:szCs w:val="24"/>
        </w:rPr>
      </w:pPr>
    </w:p>
    <w:sectPr w:rsidR="000F2FFF" w:rsidRPr="0057292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C2DBC" w14:textId="77777777" w:rsidR="00D32D59" w:rsidRDefault="00D32D59" w:rsidP="00BC7B4A">
      <w:pPr>
        <w:spacing w:after="0" w:line="240" w:lineRule="auto"/>
      </w:pPr>
      <w:r>
        <w:separator/>
      </w:r>
    </w:p>
  </w:endnote>
  <w:endnote w:type="continuationSeparator" w:id="0">
    <w:p w14:paraId="2908A318" w14:textId="77777777" w:rsidR="00D32D59" w:rsidRDefault="00D32D59" w:rsidP="00BC7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61B67" w14:textId="77777777" w:rsidR="00D32D59" w:rsidRDefault="00D32D59" w:rsidP="00BC7B4A">
      <w:pPr>
        <w:spacing w:after="0" w:line="240" w:lineRule="auto"/>
      </w:pPr>
      <w:r>
        <w:separator/>
      </w:r>
    </w:p>
  </w:footnote>
  <w:footnote w:type="continuationSeparator" w:id="0">
    <w:p w14:paraId="40D5294F" w14:textId="77777777" w:rsidR="00D32D59" w:rsidRDefault="00D32D59" w:rsidP="00BC7B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61018543">
    <w:abstractNumId w:val="8"/>
  </w:num>
  <w:num w:numId="2" w16cid:durableId="1666128108">
    <w:abstractNumId w:val="6"/>
  </w:num>
  <w:num w:numId="3" w16cid:durableId="532500000">
    <w:abstractNumId w:val="5"/>
  </w:num>
  <w:num w:numId="4" w16cid:durableId="550772534">
    <w:abstractNumId w:val="4"/>
  </w:num>
  <w:num w:numId="5" w16cid:durableId="1592006026">
    <w:abstractNumId w:val="7"/>
  </w:num>
  <w:num w:numId="6" w16cid:durableId="1688604680">
    <w:abstractNumId w:val="3"/>
  </w:num>
  <w:num w:numId="7" w16cid:durableId="1762753677">
    <w:abstractNumId w:val="2"/>
  </w:num>
  <w:num w:numId="8" w16cid:durableId="129710960">
    <w:abstractNumId w:val="1"/>
  </w:num>
  <w:num w:numId="9" w16cid:durableId="732045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6A92"/>
    <w:rsid w:val="00034616"/>
    <w:rsid w:val="0006063C"/>
    <w:rsid w:val="000F2FFF"/>
    <w:rsid w:val="0013615F"/>
    <w:rsid w:val="0015074B"/>
    <w:rsid w:val="00161945"/>
    <w:rsid w:val="00180FC0"/>
    <w:rsid w:val="0018743E"/>
    <w:rsid w:val="001D4B86"/>
    <w:rsid w:val="001E322E"/>
    <w:rsid w:val="00252937"/>
    <w:rsid w:val="00280F49"/>
    <w:rsid w:val="00284C03"/>
    <w:rsid w:val="0029639D"/>
    <w:rsid w:val="002F1A8C"/>
    <w:rsid w:val="00326F90"/>
    <w:rsid w:val="00360014"/>
    <w:rsid w:val="003A2903"/>
    <w:rsid w:val="003C4DED"/>
    <w:rsid w:val="003D1A78"/>
    <w:rsid w:val="00412314"/>
    <w:rsid w:val="00470F72"/>
    <w:rsid w:val="00472F32"/>
    <w:rsid w:val="004F1985"/>
    <w:rsid w:val="00523332"/>
    <w:rsid w:val="00572925"/>
    <w:rsid w:val="005852C0"/>
    <w:rsid w:val="005B6227"/>
    <w:rsid w:val="005E5778"/>
    <w:rsid w:val="006B7F18"/>
    <w:rsid w:val="006C46E1"/>
    <w:rsid w:val="00713B8E"/>
    <w:rsid w:val="007A36EE"/>
    <w:rsid w:val="007A4F98"/>
    <w:rsid w:val="007F587C"/>
    <w:rsid w:val="00843A9E"/>
    <w:rsid w:val="0087477C"/>
    <w:rsid w:val="0088046D"/>
    <w:rsid w:val="00984A12"/>
    <w:rsid w:val="009B081E"/>
    <w:rsid w:val="00A01157"/>
    <w:rsid w:val="00A27C84"/>
    <w:rsid w:val="00A417E9"/>
    <w:rsid w:val="00A60217"/>
    <w:rsid w:val="00A647C2"/>
    <w:rsid w:val="00AA1D8D"/>
    <w:rsid w:val="00B11FF8"/>
    <w:rsid w:val="00B41047"/>
    <w:rsid w:val="00B47730"/>
    <w:rsid w:val="00B8000C"/>
    <w:rsid w:val="00B8120F"/>
    <w:rsid w:val="00BC7B4A"/>
    <w:rsid w:val="00BD46A3"/>
    <w:rsid w:val="00BF14B0"/>
    <w:rsid w:val="00C263CC"/>
    <w:rsid w:val="00CB0664"/>
    <w:rsid w:val="00CC7D7D"/>
    <w:rsid w:val="00D32D59"/>
    <w:rsid w:val="00DE4DDA"/>
    <w:rsid w:val="00DE6C32"/>
    <w:rsid w:val="00E02605"/>
    <w:rsid w:val="00E8355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062061"/>
  <w14:defaultImageDpi w14:val="300"/>
  <w15:docId w15:val="{9BE442D6-8000-4196-9126-F2919B8F7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E957013710E894C9331C4FCBAE61D4B" ma:contentTypeVersion="3" ma:contentTypeDescription="新しいドキュメントを作成します。" ma:contentTypeScope="" ma:versionID="ef61688c2eb74d4eb52b05627d577e77">
  <xsd:schema xmlns:xsd="http://www.w3.org/2001/XMLSchema" xmlns:xs="http://www.w3.org/2001/XMLSchema" xmlns:p="http://schemas.microsoft.com/office/2006/metadata/properties" xmlns:ns2="cbff5093-8b4c-41bf-987d-3837cb3f1eba" targetNamespace="http://schemas.microsoft.com/office/2006/metadata/properties" ma:root="true" ma:fieldsID="b8104bbc9c78999a76340ee1c552031c" ns2:_="">
    <xsd:import namespace="cbff5093-8b4c-41bf-987d-3837cb3f1e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ff5093-8b4c-41bf-987d-3837cb3f1e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FC3CB9-8C8C-4D21-A640-F6FFF3621A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921A85-F8A6-42D3-86DC-B7E7BD36A4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7CD0D5-B274-40F3-941B-D11325BDDC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ff5093-8b4c-41bf-987d-3837cb3f1e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Inami Keisuke</cp:lastModifiedBy>
  <cp:revision>35</cp:revision>
  <dcterms:created xsi:type="dcterms:W3CDTF">2013-12-23T23:15:00Z</dcterms:created>
  <dcterms:modified xsi:type="dcterms:W3CDTF">2026-08-31T03:06:00Z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6fef0705-bb7f-45cc-8a2d-975f55694767</vt:lpwstr>
  </property>
  <property fmtid="{D5CDD505-2E9C-101B-9397-08002B2CF9AE}" pid="3" name="ContentTypeId">
    <vt:lpwstr>0x010100BE957013710E894C9331C4FCBAE61D4B</vt:lpwstr>
  </property>
  <property fmtid="{D5CDD505-2E9C-101B-9397-08002B2CF9AE}" pid="4" name="MediaServiceImageTags">
    <vt:lpwstr/>
  </property>
</Properties>
</file>